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Planning objection letter template</w:t>
      </w:r>
    </w:p>
    <w:p>
      <w:r>
        <w:rPr>
          <w:i/>
        </w:rPr>
        <w:t>Replace the text in [square brackets] with your own details. Keep each ground to three things: the fact (with a measurement or drawing reference), the harm to you, and the policy it conflicts with. Check your deadline and how your council accepts comments before you send it.</w:t>
      </w:r>
    </w:p>
    <w:p>
      <w:r>
        <w:t>[Council name] Planning Department</w:t>
      </w:r>
    </w:p>
    <w:p/>
    <w:p>
      <w:r>
        <w:t>[Date]</w:t>
      </w:r>
    </w:p>
    <w:p/>
    <w:p>
      <w:r>
        <w:t>Dear Sir or Madam,</w:t>
      </w:r>
    </w:p>
    <w:p/>
    <w:p>
      <w:r>
        <w:t>Objection to planning application [reference] - [description of the proposal], [site address]</w:t>
      </w:r>
    </w:p>
    <w:p/>
    <w:p>
      <w:r>
        <w:t>I live at [your address], [how your home relates to the site: next door, opposite, behind], and I write to object to this application.</w:t>
      </w:r>
    </w:p>
    <w:p/>
    <w:p>
      <w:r>
        <w:t>1. [Your strongest ground, e.g. loss of privacy]</w:t>
      </w:r>
    </w:p>
    <w:p>
      <w:r>
        <w:t>[What the proposal is, with a measurement or drawing reference.]</w:t>
      </w:r>
    </w:p>
    <w:p>
      <w:r>
        <w:t>[What harm it would cause to you specifically.]</w:t>
      </w:r>
    </w:p>
    <w:p>
      <w:r>
        <w:t>[Which policy it conflicts with: name the local plan or national policy document.]</w:t>
      </w:r>
    </w:p>
    <w:p/>
    <w:p>
      <w:r>
        <w:t>2. [Your second ground]</w:t>
      </w:r>
    </w:p>
    <w:p>
      <w:r>
        <w:t>[Same structure: fact, harm, policy.]</w:t>
      </w:r>
    </w:p>
    <w:p/>
    <w:p>
      <w:r>
        <w:t>Conclusion</w:t>
      </w:r>
    </w:p>
    <w:p>
      <w:r>
        <w:t>[Ask the council to refuse. If you can, add what would reduce the harm if it is approved, e.g. obscure glazing or a reduced depth.]</w:t>
      </w:r>
    </w:p>
    <w:p/>
    <w:p>
      <w:r>
        <w:t>Yours faithfully,</w:t>
      </w:r>
    </w:p>
    <w:p/>
    <w:p>
      <w:r>
        <w:t>[Full name]</w:t>
      </w:r>
    </w:p>
    <w:p>
      <w:r>
        <w:t>[Full address]</w:t>
      </w:r>
    </w:p>
    <w:p>
      <w:r>
        <w:rPr>
          <w:sz w:val="16"/>
        </w:rPr>
        <w:t>Free template from Planning Defender (planningdefender.com). General information, not legal advice. For a letter drafted from your actual application, with submission guidance for your council, see planningdefender.com.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objection letter template</dc:title>
  <dc:subject/>
  <dc:creator>Planning Defender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